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2818F" w14:textId="77777777" w:rsidR="002072E8" w:rsidRDefault="00000000">
      <w:pPr>
        <w:pStyle w:val="Ttulo"/>
      </w:pPr>
      <w:r>
        <w:t>Documentação Completa - Integração Laravel + DBMaker via Java Bridge</w:t>
      </w:r>
    </w:p>
    <w:p w14:paraId="743130EC" w14:textId="77777777" w:rsidR="002072E8" w:rsidRDefault="00000000">
      <w:pPr>
        <w:pStyle w:val="Ttulo1"/>
      </w:pPr>
      <w:r>
        <w:t>Informações de Versionamento da VM</w:t>
      </w:r>
    </w:p>
    <w:p w14:paraId="5D2D04F6" w14:textId="77777777" w:rsidR="001E1990" w:rsidRDefault="00000000">
      <w:r>
        <w:br/>
        <w:t>Preencher durante manutenção:</w:t>
      </w:r>
      <w:r>
        <w:br/>
      </w:r>
      <w:r>
        <w:br/>
        <w:t>Sistema Operacional:</w:t>
      </w:r>
      <w:r>
        <w:br/>
        <w:t>Versão Ubuntu:</w:t>
      </w:r>
      <w:r w:rsidR="001E1990">
        <w:t>22</w:t>
      </w:r>
      <w:r>
        <w:br/>
        <w:t>Versão PHP:</w:t>
      </w:r>
      <w:r w:rsidR="001E1990">
        <w:t>8.3</w:t>
      </w:r>
      <w:r>
        <w:br/>
        <w:t>Versão Java:</w:t>
      </w:r>
      <w:r w:rsidR="001E1990" w:rsidRPr="001E1990">
        <w:t xml:space="preserve"> 11.0.31</w:t>
      </w:r>
      <w:r>
        <w:br/>
        <w:t>Versão DBMaker JDBC:</w:t>
      </w:r>
      <w:r w:rsidR="001E1990">
        <w:t xml:space="preserve"> DBmaker 5.4 with Bundle</w:t>
      </w:r>
      <w:r>
        <w:br/>
        <w:t>Versão Laravel:</w:t>
      </w:r>
      <w:r w:rsidR="001E1990">
        <w:t xml:space="preserve"> 8</w:t>
      </w:r>
    </w:p>
    <w:p w14:paraId="1E2ED61B" w14:textId="0B2AFA3F" w:rsidR="002072E8" w:rsidRDefault="00000000">
      <w:r>
        <w:t>Servidor:</w:t>
      </w:r>
      <w:r>
        <w:br/>
        <w:t>IP da VM:</w:t>
      </w:r>
      <w:r w:rsidR="001E1990">
        <w:t xml:space="preserve"> </w:t>
      </w:r>
      <w:r w:rsidR="001E1990" w:rsidRPr="001E1990">
        <w:t>10.0.0.190</w:t>
      </w:r>
      <w:r>
        <w:br/>
      </w:r>
    </w:p>
    <w:p w14:paraId="05D893C4" w14:textId="77777777" w:rsidR="002072E8" w:rsidRDefault="00000000">
      <w:pPr>
        <w:pStyle w:val="Ttulo1"/>
      </w:pPr>
      <w:r>
        <w:t>Credenciais (Preencher Manualmente)</w:t>
      </w:r>
    </w:p>
    <w:p w14:paraId="60A98464" w14:textId="2D67DEDB" w:rsidR="002072E8" w:rsidRDefault="00000000">
      <w:r>
        <w:br/>
        <w:t>VPN OpenVPN</w:t>
      </w:r>
      <w:r>
        <w:br/>
        <w:t>Arquivo .ovpn:</w:t>
      </w:r>
      <w:r w:rsidR="001E1990">
        <w:object w:dxaOrig="1520" w:dyaOrig="987" w14:anchorId="7B75B2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6" o:title=""/>
          </v:shape>
          <o:OLEObject Type="Embed" ProgID="Package" ShapeID="_x0000_i1025" DrawAspect="Icon" ObjectID="_1843369041" r:id="rId7"/>
        </w:object>
      </w:r>
      <w:r>
        <w:br/>
        <w:t>Usuário:</w:t>
      </w:r>
      <w:r w:rsidR="001E1990" w:rsidRPr="001E1990">
        <w:t xml:space="preserve"> vh_siac</w:t>
      </w:r>
      <w:r>
        <w:br/>
        <w:t>Senha:</w:t>
      </w:r>
      <w:r w:rsidR="001E1990">
        <w:t xml:space="preserve"> </w:t>
      </w:r>
      <w:r w:rsidR="001E1990" w:rsidRPr="001E1990">
        <w:t>uFu5BEceBrbpta@</w:t>
      </w:r>
      <w:r>
        <w:br/>
      </w:r>
      <w:r>
        <w:br/>
        <w:t>Servidor DBMaker</w:t>
      </w:r>
      <w:r>
        <w:br/>
        <w:t>Host/IP:</w:t>
      </w:r>
      <w:r w:rsidR="001E1990">
        <w:t xml:space="preserve"> </w:t>
      </w:r>
      <w:r w:rsidR="001E1990" w:rsidRPr="001E1990">
        <w:t>172.18.45.10</w:t>
      </w:r>
      <w:r>
        <w:br/>
        <w:t>Porta:</w:t>
      </w:r>
      <w:r w:rsidR="001E1990">
        <w:t xml:space="preserve"> 2460</w:t>
      </w:r>
      <w:r>
        <w:br/>
        <w:t>Database:</w:t>
      </w:r>
      <w:r w:rsidR="001E1990" w:rsidRPr="001E1990">
        <w:rPr>
          <w:rFonts w:ascii="Courier New" w:hAnsi="Courier New" w:cs="Courier New"/>
          <w:color w:val="1A2433"/>
          <w:sz w:val="21"/>
          <w:szCs w:val="21"/>
        </w:rPr>
        <w:t xml:space="preserve"> </w:t>
      </w:r>
      <w:r w:rsidR="001E1990" w:rsidRPr="001E1990">
        <w:t>BDVH1REP</w:t>
      </w:r>
      <w:r>
        <w:br/>
        <w:t>Usuário:</w:t>
      </w:r>
      <w:r w:rsidR="001E1990">
        <w:t xml:space="preserve"> </w:t>
      </w:r>
      <w:r w:rsidR="001E1990" w:rsidRPr="001E1990">
        <w:t>SYSVH1</w:t>
      </w:r>
      <w:r>
        <w:br/>
        <w:t>Senha:</w:t>
      </w:r>
      <w:r w:rsidR="001E1990">
        <w:t xml:space="preserve"> </w:t>
      </w:r>
      <w:r w:rsidR="001E1990" w:rsidRPr="001E1990">
        <w:t>CaEp@VH1@!</w:t>
      </w:r>
      <w:r>
        <w:br/>
      </w:r>
    </w:p>
    <w:p w14:paraId="6248E763" w14:textId="77777777" w:rsidR="002072E8" w:rsidRDefault="00000000">
      <w:pPr>
        <w:pStyle w:val="Ttulo1"/>
      </w:pPr>
      <w:r>
        <w:t>Arquitetura da Solução</w:t>
      </w:r>
    </w:p>
    <w:p w14:paraId="21E1B2DC" w14:textId="77777777" w:rsidR="002072E8" w:rsidRDefault="00000000">
      <w:r>
        <w:br/>
        <w:t>Laravel</w:t>
      </w:r>
      <w:r>
        <w:br/>
      </w:r>
      <w:r>
        <w:lastRenderedPageBreak/>
        <w:t xml:space="preserve"> ↓ HTTP localhost:8099</w:t>
      </w:r>
      <w:r>
        <w:br/>
        <w:t>Java Bridge (DmBridge.java)</w:t>
      </w:r>
      <w:r>
        <w:br/>
        <w:t xml:space="preserve"> ↓ JDBC</w:t>
      </w:r>
      <w:r>
        <w:br/>
        <w:t>DBMaker</w:t>
      </w:r>
      <w:r>
        <w:br/>
      </w:r>
    </w:p>
    <w:p w14:paraId="6A9758FE" w14:textId="77777777" w:rsidR="002072E8" w:rsidRDefault="00000000">
      <w:pPr>
        <w:pStyle w:val="Ttulo1"/>
      </w:pPr>
      <w:r>
        <w:t>Histórico do Problema</w:t>
      </w:r>
    </w:p>
    <w:p w14:paraId="4B3DF585" w14:textId="77777777" w:rsidR="002072E8" w:rsidRDefault="00000000">
      <w:r>
        <w:br/>
        <w:t>O projeto dependia de ODBC para acessar o banco DBMaker.</w:t>
      </w:r>
      <w:r>
        <w:br/>
        <w:t>A instalação do driver ODBC em Linux apresentou incompatibilidades.</w:t>
      </w:r>
      <w:r>
        <w:br/>
        <w:t>Foi criada uma solução intermediária utilizando Java + JDBC para eliminar a dependência do ODBC.</w:t>
      </w:r>
      <w:r>
        <w:br/>
      </w:r>
    </w:p>
    <w:p w14:paraId="2300C2B7" w14:textId="77777777" w:rsidR="002072E8" w:rsidRDefault="00000000">
      <w:pPr>
        <w:pStyle w:val="Ttulo1"/>
      </w:pPr>
      <w:r>
        <w:t>OpenVPN - Procedimento Operacional</w:t>
      </w:r>
    </w:p>
    <w:p w14:paraId="6F3AA053" w14:textId="77777777" w:rsidR="002072E8" w:rsidRDefault="00000000">
      <w:r>
        <w:br/>
        <w:t>IMPORTANTE: Sem a VPN ativa o DBMaker não responde.</w:t>
      </w:r>
      <w:r>
        <w:br/>
      </w:r>
      <w:r>
        <w:br/>
        <w:t>Verificar serviço:</w:t>
      </w:r>
      <w:r>
        <w:br/>
        <w:t>systemctl status openvpn</w:t>
      </w:r>
      <w:r>
        <w:br/>
      </w:r>
      <w:r>
        <w:br/>
        <w:t>Verificar serviços relacionados:</w:t>
      </w:r>
      <w:r>
        <w:br/>
        <w:t>systemctl list-units --type=service | grep -Ei "openvpn|strongswan|ipsec|wireguard"</w:t>
      </w:r>
      <w:r>
        <w:br/>
      </w:r>
      <w:r>
        <w:br/>
        <w:t>Reiniciar VPN:</w:t>
      </w:r>
      <w:r>
        <w:br/>
        <w:t>systemctl restart openvpn</w:t>
      </w:r>
      <w:r>
        <w:br/>
      </w:r>
      <w:r>
        <w:br/>
        <w:t>Verificar rotas:</w:t>
      </w:r>
      <w:r>
        <w:br/>
        <w:t>ip route</w:t>
      </w:r>
      <w:r>
        <w:br/>
      </w:r>
      <w:r>
        <w:br/>
        <w:t>Verificar interfaces:</w:t>
      </w:r>
      <w:r>
        <w:br/>
        <w:t>ip addr</w:t>
      </w:r>
      <w:r>
        <w:br/>
      </w:r>
      <w:r>
        <w:br/>
        <w:t>Testar conectividade:</w:t>
      </w:r>
      <w:r>
        <w:br/>
        <w:t>ping &lt;IP_DBMAKER&gt;</w:t>
      </w:r>
      <w:r>
        <w:br/>
        <w:t>nc -vz &lt;IP_DBMAKER&gt; &lt;PORTA&gt;</w:t>
      </w:r>
      <w:r>
        <w:br/>
      </w:r>
      <w:r>
        <w:br/>
        <w:t>Se o Java apresentar timeout de conexão, a primeira validação deve ser a VPN.</w:t>
      </w:r>
      <w:r>
        <w:br/>
      </w:r>
    </w:p>
    <w:p w14:paraId="372572AF" w14:textId="77777777" w:rsidR="002072E8" w:rsidRDefault="00000000">
      <w:pPr>
        <w:pStyle w:val="Ttulo1"/>
      </w:pPr>
      <w:r>
        <w:lastRenderedPageBreak/>
        <w:t>Arquivo de Credenciais VPN</w:t>
      </w:r>
    </w:p>
    <w:p w14:paraId="6380DFB0" w14:textId="77777777" w:rsidR="001E1990" w:rsidRDefault="00000000">
      <w:r>
        <w:br/>
        <w:t>Localização:</w:t>
      </w:r>
      <w:r w:rsidR="001E1990">
        <w:t xml:space="preserve"> </w:t>
      </w:r>
      <w:r w:rsidR="001E1990" w:rsidRPr="001E1990">
        <w:t>/etc/openvpn/viman</w:t>
      </w:r>
      <w:r w:rsidR="001E1990">
        <w:t>/auth.txt</w:t>
      </w:r>
      <w:r>
        <w:br/>
      </w:r>
      <w:r w:rsidR="001E1990">
        <w:t xml:space="preserve">Localização: </w:t>
      </w:r>
      <w:r w:rsidR="001E1990" w:rsidRPr="001E1990">
        <w:t>/etc/openvpn/viman</w:t>
      </w:r>
      <w:r w:rsidR="001E1990">
        <w:t>/cliente.ovpn</w:t>
      </w:r>
    </w:p>
    <w:p w14:paraId="32AD7805" w14:textId="36AB44F3" w:rsidR="002072E8" w:rsidRDefault="00000000">
      <w:r>
        <w:t>_________________________________</w:t>
      </w:r>
      <w:r>
        <w:br/>
      </w:r>
      <w:r>
        <w:br/>
        <w:t>Conteúdo esperado:</w:t>
      </w:r>
      <w:r>
        <w:br/>
        <w:t>usuário</w:t>
      </w:r>
      <w:r>
        <w:br/>
        <w:t>senha</w:t>
      </w:r>
      <w:r>
        <w:br/>
      </w:r>
      <w:r>
        <w:br/>
        <w:t>Permissões recomendadas:</w:t>
      </w:r>
      <w:r>
        <w:br/>
        <w:t>chmod 600 arquivo_credenciais</w:t>
      </w:r>
      <w:r>
        <w:br/>
      </w:r>
    </w:p>
    <w:p w14:paraId="43E2267E" w14:textId="77777777" w:rsidR="002072E8" w:rsidRDefault="00000000">
      <w:pPr>
        <w:pStyle w:val="Ttulo1"/>
      </w:pPr>
      <w:r>
        <w:t>Instalação e Execução do Bridge</w:t>
      </w:r>
    </w:p>
    <w:p w14:paraId="55EB7EF9" w14:textId="77777777" w:rsidR="002072E8" w:rsidRDefault="00000000">
      <w:r>
        <w:br/>
        <w:t>Compilar:</w:t>
      </w:r>
      <w:r>
        <w:br/>
        <w:t>cd /opt/dm-bridge</w:t>
      </w:r>
      <w:r>
        <w:br/>
        <w:t>javac -cp dmjdbc30.jar DmBridge.java</w:t>
      </w:r>
      <w:r>
        <w:br/>
      </w:r>
      <w:r>
        <w:br/>
        <w:t>Executar:</w:t>
      </w:r>
      <w:r>
        <w:br/>
        <w:t>java -Djava.library.path=/home/dbmaker/5.4.7 -cp .:dmjdbc30.jar DmBridge</w:t>
      </w:r>
      <w:r>
        <w:br/>
      </w:r>
      <w:r>
        <w:br/>
        <w:t>Health Check:</w:t>
      </w:r>
      <w:r>
        <w:br/>
        <w:t>curl http://127.0.0.1:8099/health</w:t>
      </w:r>
      <w:r>
        <w:br/>
      </w:r>
      <w:r>
        <w:br/>
        <w:t>Teste SQL:</w:t>
      </w:r>
      <w:r>
        <w:br/>
        <w:t>curl -X POST http://127.0.0.1:8099/query -d "sql=SELECT 1"</w:t>
      </w:r>
      <w:r>
        <w:br/>
      </w:r>
    </w:p>
    <w:p w14:paraId="4672F012" w14:textId="77777777" w:rsidR="002072E8" w:rsidRDefault="00000000">
      <w:pPr>
        <w:pStyle w:val="Ttulo1"/>
      </w:pPr>
      <w:r>
        <w:t>Testes Realizados</w:t>
      </w:r>
    </w:p>
    <w:p w14:paraId="4270C5AB" w14:textId="77777777" w:rsidR="002072E8" w:rsidRDefault="00000000">
      <w:r>
        <w:br/>
        <w:t>SELECT 1 -&gt; OK</w:t>
      </w:r>
      <w:r>
        <w:br/>
        <w:t>SELECT * FROM SYSADM.VETEPD01 WHERE PDNRPD=1 -&gt; OK</w:t>
      </w:r>
      <w:r>
        <w:br/>
      </w:r>
      <w:r>
        <w:br/>
        <w:t>Observação:</w:t>
      </w:r>
      <w:r>
        <w:br/>
        <w:t>As tabelas utilizadas pertencem ao schema SYSADM.</w:t>
      </w:r>
      <w:r>
        <w:br/>
      </w:r>
    </w:p>
    <w:p w14:paraId="7B5C16DF" w14:textId="77777777" w:rsidR="002072E8" w:rsidRDefault="00000000">
      <w:pPr>
        <w:pStyle w:val="Ttulo1"/>
      </w:pPr>
      <w:r>
        <w:lastRenderedPageBreak/>
        <w:t>Alteração Laravel</w:t>
      </w:r>
    </w:p>
    <w:p w14:paraId="16E65C7B" w14:textId="77777777" w:rsidR="002072E8" w:rsidRDefault="00000000">
      <w:r>
        <w:br/>
        <w:t>O DbMakerService foi alterado para utilizar chamadas HTTP ao bridge Java.</w:t>
      </w:r>
      <w:r>
        <w:br/>
        <w:t>A aplicação não depende mais de ODBC para consultas ao DBMaker.</w:t>
      </w:r>
      <w:r>
        <w:br/>
      </w:r>
    </w:p>
    <w:p w14:paraId="1E768AB7" w14:textId="77777777" w:rsidR="002072E8" w:rsidRDefault="00000000">
      <w:pPr>
        <w:pStyle w:val="Ttulo1"/>
      </w:pPr>
      <w:r>
        <w:t>Arquivos Importantes</w:t>
      </w:r>
    </w:p>
    <w:p w14:paraId="44B45284" w14:textId="77777777" w:rsidR="002072E8" w:rsidRDefault="00000000">
      <w:r>
        <w:br/>
        <w:t>/opt/dm-bridge/DmBridge.java</w:t>
      </w:r>
      <w:r>
        <w:br/>
        <w:t>/etc/systemd/system/dmbridge.service</w:t>
      </w:r>
      <w:r>
        <w:br/>
        <w:t>app/Services/DbMakerService.php</w:t>
      </w:r>
      <w:r>
        <w:br/>
        <w:t>app/Console/Commands/TestDbmakerConnection.php</w:t>
      </w:r>
      <w:r>
        <w:br/>
      </w:r>
    </w:p>
    <w:p w14:paraId="2BDCE93A" w14:textId="77777777" w:rsidR="00635C7C" w:rsidRDefault="00635C7C"/>
    <w:p w14:paraId="01D4A7E4" w14:textId="2500ACE8" w:rsidR="00635C7C" w:rsidRDefault="00635C7C">
      <w:r w:rsidRPr="00635C7C">
        <w:t>/opt/dm-bridge/start.sh</w:t>
      </w:r>
    </w:p>
    <w:p w14:paraId="54CE6918" w14:textId="77777777" w:rsidR="002072E8" w:rsidRDefault="00000000">
      <w:pPr>
        <w:pStyle w:val="Ttulo1"/>
      </w:pPr>
      <w:r>
        <w:t>Checklist de Troubleshooting</w:t>
      </w:r>
    </w:p>
    <w:p w14:paraId="0DA2A114" w14:textId="77777777" w:rsidR="002072E8" w:rsidRDefault="00000000">
      <w:r>
        <w:br/>
        <w:t>[ ] VPN ativa</w:t>
      </w:r>
      <w:r>
        <w:br/>
        <w:t>[ ] Ping para servidor DBMaker</w:t>
      </w:r>
      <w:r>
        <w:br/>
        <w:t>[ ] Porta acessível</w:t>
      </w:r>
      <w:r>
        <w:br/>
        <w:t>[ ] Bridge rodando</w:t>
      </w:r>
      <w:r>
        <w:br/>
        <w:t>[ ] Health OK</w:t>
      </w:r>
      <w:r>
        <w:br/>
        <w:t>[ ] SELECT 1 OK</w:t>
      </w:r>
      <w:r>
        <w:br/>
        <w:t>[ ] Query real OK</w:t>
      </w:r>
      <w:r>
        <w:br/>
        <w:t>[ ] Laravel acessando bridge</w:t>
      </w:r>
      <w:r>
        <w:br/>
      </w:r>
    </w:p>
    <w:sectPr w:rsidR="002072E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5955986">
    <w:abstractNumId w:val="8"/>
  </w:num>
  <w:num w:numId="2" w16cid:durableId="2046904982">
    <w:abstractNumId w:val="6"/>
  </w:num>
  <w:num w:numId="3" w16cid:durableId="404030826">
    <w:abstractNumId w:val="5"/>
  </w:num>
  <w:num w:numId="4" w16cid:durableId="696738154">
    <w:abstractNumId w:val="4"/>
  </w:num>
  <w:num w:numId="5" w16cid:durableId="1020468170">
    <w:abstractNumId w:val="7"/>
  </w:num>
  <w:num w:numId="6" w16cid:durableId="1882128989">
    <w:abstractNumId w:val="3"/>
  </w:num>
  <w:num w:numId="7" w16cid:durableId="1204630793">
    <w:abstractNumId w:val="2"/>
  </w:num>
  <w:num w:numId="8" w16cid:durableId="345444422">
    <w:abstractNumId w:val="1"/>
  </w:num>
  <w:num w:numId="9" w16cid:durableId="1111583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990"/>
    <w:rsid w:val="00202DD0"/>
    <w:rsid w:val="002072E8"/>
    <w:rsid w:val="0029639D"/>
    <w:rsid w:val="00326F90"/>
    <w:rsid w:val="00635C7C"/>
    <w:rsid w:val="007554A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76B4F"/>
  <w14:defaultImageDpi w14:val="300"/>
  <w15:docId w15:val="{13FAC614-71ED-4F81-8E9B-6ECFAACB4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408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VH I Thiago Augusto Lopes Alvim</cp:lastModifiedBy>
  <cp:revision>3</cp:revision>
  <dcterms:created xsi:type="dcterms:W3CDTF">2013-12-23T23:15:00Z</dcterms:created>
  <dcterms:modified xsi:type="dcterms:W3CDTF">2026-06-19T13:11:00Z</dcterms:modified>
  <cp:category/>
</cp:coreProperties>
</file>